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2EAE6" w14:textId="77777777" w:rsidR="00DC3FD9" w:rsidRDefault="00000000" w:rsidP="00F52CB0">
      <w:pPr>
        <w:bidi/>
        <w:jc w:val="center"/>
      </w:pPr>
      <w:proofErr w:type="spellStart"/>
      <w:r>
        <w:rPr>
          <w:b/>
          <w:color w:val="1F4E79"/>
          <w:sz w:val="40"/>
        </w:rPr>
        <w:t>استمارة</w:t>
      </w:r>
      <w:proofErr w:type="spellEnd"/>
      <w:r>
        <w:rPr>
          <w:b/>
          <w:color w:val="1F4E79"/>
          <w:sz w:val="40"/>
        </w:rPr>
        <w:t xml:space="preserve"> </w:t>
      </w:r>
      <w:proofErr w:type="spellStart"/>
      <w:r>
        <w:rPr>
          <w:b/>
          <w:color w:val="1F4E79"/>
          <w:sz w:val="40"/>
        </w:rPr>
        <w:t>التقديم</w:t>
      </w:r>
      <w:proofErr w:type="spellEnd"/>
    </w:p>
    <w:p w14:paraId="050A2EFC" w14:textId="77777777" w:rsidR="00DC3FD9" w:rsidRDefault="00000000" w:rsidP="00F52CB0">
      <w:pPr>
        <w:bidi/>
        <w:jc w:val="center"/>
        <w:rPr>
          <w:b/>
          <w:sz w:val="28"/>
          <w:rtl/>
        </w:rPr>
      </w:pPr>
      <w:r>
        <w:rPr>
          <w:b/>
          <w:sz w:val="28"/>
        </w:rPr>
        <w:t xml:space="preserve">منح المبادرات الصغيرة لمنظمات المجتمع </w:t>
      </w:r>
      <w:proofErr w:type="spellStart"/>
      <w:r>
        <w:rPr>
          <w:b/>
          <w:sz w:val="28"/>
        </w:rPr>
        <w:t>المدني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والجهات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الإعلامية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الليبية</w:t>
      </w:r>
      <w:proofErr w:type="spellEnd"/>
    </w:p>
    <w:p w14:paraId="26CD413F" w14:textId="22380655" w:rsidR="00F52CB0" w:rsidRPr="001F38AE" w:rsidRDefault="001F38AE" w:rsidP="001F38AE">
      <w:pPr>
        <w:bidi/>
        <w:jc w:val="center"/>
      </w:pPr>
      <w:r w:rsidRPr="001F38AE">
        <w:rPr>
          <w:rtl/>
        </w:rPr>
        <w:t>دعوة مفتوحة لتقديم الطلبات من</w:t>
      </w:r>
      <w:r w:rsidRPr="001F38AE">
        <w:t xml:space="preserve"> RNTC </w:t>
      </w:r>
      <w:r w:rsidRPr="001F38AE">
        <w:rPr>
          <w:rtl/>
        </w:rPr>
        <w:t>ضمن برنامج تطوير الإعلام في ليبيا</w:t>
      </w:r>
      <w:r w:rsidRPr="001F38AE">
        <w:t xml:space="preserve"> (LMDP)</w:t>
      </w:r>
      <w:r w:rsidRPr="001F38AE">
        <w:rPr>
          <w:rtl/>
        </w:rPr>
        <w:t>، بدعم فني من مبادرة أنير</w:t>
      </w:r>
      <w:r w:rsidRPr="001F38AE">
        <w:t xml:space="preserve"> (</w:t>
      </w:r>
      <w:proofErr w:type="spellStart"/>
      <w:r w:rsidRPr="001F38AE">
        <w:t>Annir</w:t>
      </w:r>
      <w:proofErr w:type="spellEnd"/>
      <w:r w:rsidRPr="001F38AE">
        <w:t xml:space="preserve"> Initiative).</w:t>
      </w:r>
    </w:p>
    <w:p w14:paraId="72B91A36" w14:textId="23507EA3" w:rsidR="00DC3FD9" w:rsidRDefault="00000000" w:rsidP="00F52CB0">
      <w:pPr>
        <w:bidi/>
      </w:pPr>
      <w:r>
        <w:t xml:space="preserve"> </w:t>
      </w:r>
    </w:p>
    <w:p w14:paraId="422F9150" w14:textId="77777777" w:rsidR="00DC3FD9" w:rsidRDefault="00000000" w:rsidP="00F52CB0">
      <w:pPr>
        <w:bidi/>
      </w:pPr>
      <w:proofErr w:type="spellStart"/>
      <w:r>
        <w:rPr>
          <w:b/>
        </w:rPr>
        <w:t>الموعد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النهائي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للتقديم</w:t>
      </w:r>
      <w:proofErr w:type="spellEnd"/>
      <w:r>
        <w:rPr>
          <w:b/>
        </w:rPr>
        <w:t>: 15 نوفمبر 2026.</w:t>
      </w:r>
    </w:p>
    <w:p w14:paraId="671A09B1" w14:textId="562DCACF" w:rsidR="00DC3FD9" w:rsidRDefault="00F52CB0" w:rsidP="00F52CB0">
      <w:pPr>
        <w:bidi/>
      </w:pPr>
      <w:r>
        <w:rPr>
          <w:rFonts w:hint="cs"/>
          <w:b/>
          <w:color w:val="1F4E79"/>
          <w:sz w:val="26"/>
          <w:rtl/>
        </w:rPr>
        <w:t xml:space="preserve">1. </w:t>
      </w:r>
      <w:proofErr w:type="spellStart"/>
      <w:r w:rsidR="00000000">
        <w:rPr>
          <w:b/>
          <w:color w:val="1F4E79"/>
          <w:sz w:val="26"/>
        </w:rPr>
        <w:t>معلومات</w:t>
      </w:r>
      <w:proofErr w:type="spellEnd"/>
      <w:r w:rsidR="00000000">
        <w:rPr>
          <w:b/>
          <w:color w:val="1F4E79"/>
          <w:sz w:val="26"/>
        </w:rPr>
        <w:t xml:space="preserve"> </w:t>
      </w:r>
      <w:proofErr w:type="spellStart"/>
      <w:r w:rsidR="00000000">
        <w:rPr>
          <w:b/>
          <w:color w:val="1F4E79"/>
          <w:sz w:val="26"/>
        </w:rPr>
        <w:t>المنظمة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50"/>
        <w:gridCol w:w="2898"/>
        <w:gridCol w:w="4320"/>
      </w:tblGrid>
      <w:tr w:rsidR="00F52CB0" w14:paraId="110D701C" w14:textId="77777777" w:rsidTr="00F52CB0">
        <w:trPr>
          <w:jc w:val="center"/>
        </w:trPr>
        <w:tc>
          <w:tcPr>
            <w:tcW w:w="3150" w:type="dxa"/>
            <w:shd w:val="clear" w:color="auto" w:fill="D9EAF7"/>
          </w:tcPr>
          <w:p w14:paraId="6CF2BADE" w14:textId="3340FD49" w:rsidR="00F52CB0" w:rsidRPr="00F52CB0" w:rsidRDefault="00F52CB0" w:rsidP="00F52CB0">
            <w:pPr>
              <w:bidi/>
              <w:rPr>
                <w:b/>
                <w:bCs/>
              </w:rPr>
            </w:pPr>
            <w:r w:rsidRPr="00F52CB0">
              <w:rPr>
                <w:b/>
                <w:bCs/>
                <w:rtl/>
              </w:rPr>
              <w:t>ملاحظات</w:t>
            </w:r>
          </w:p>
        </w:tc>
        <w:tc>
          <w:tcPr>
            <w:tcW w:w="2898" w:type="dxa"/>
            <w:shd w:val="clear" w:color="auto" w:fill="D9EAF7"/>
            <w:vAlign w:val="center"/>
          </w:tcPr>
          <w:p w14:paraId="36F7C23F" w14:textId="3CB858CB" w:rsidR="00F52CB0" w:rsidRPr="00F52CB0" w:rsidRDefault="00F52CB0" w:rsidP="00F52CB0">
            <w:pPr>
              <w:bidi/>
              <w:rPr>
                <w:b/>
                <w:bCs/>
              </w:rPr>
            </w:pPr>
            <w:r w:rsidRPr="00F52CB0">
              <w:rPr>
                <w:b/>
                <w:bCs/>
                <w:sz w:val="17"/>
                <w:rtl/>
              </w:rPr>
              <w:t>الإجابة</w:t>
            </w:r>
          </w:p>
        </w:tc>
        <w:tc>
          <w:tcPr>
            <w:tcW w:w="4320" w:type="dxa"/>
            <w:shd w:val="clear" w:color="auto" w:fill="D9EAF7"/>
          </w:tcPr>
          <w:p w14:paraId="59E3BE6E" w14:textId="2DAD81C4" w:rsidR="00F52CB0" w:rsidRPr="00F52CB0" w:rsidRDefault="00F52CB0" w:rsidP="00F52CB0">
            <w:pPr>
              <w:bidi/>
              <w:rPr>
                <w:b/>
                <w:bCs/>
              </w:rPr>
            </w:pPr>
            <w:r w:rsidRPr="00F52CB0">
              <w:rPr>
                <w:b/>
                <w:bCs/>
                <w:rtl/>
              </w:rPr>
              <w:t>السؤال</w:t>
            </w:r>
          </w:p>
        </w:tc>
      </w:tr>
      <w:tr w:rsidR="00F52CB0" w14:paraId="088FB910" w14:textId="77777777" w:rsidTr="00F52CB0">
        <w:trPr>
          <w:jc w:val="center"/>
        </w:trPr>
        <w:tc>
          <w:tcPr>
            <w:tcW w:w="3150" w:type="dxa"/>
          </w:tcPr>
          <w:p w14:paraId="4B929619" w14:textId="5F419AB5" w:rsidR="00F52CB0" w:rsidRDefault="00F52CB0" w:rsidP="00F52CB0">
            <w:pPr>
              <w:bidi/>
            </w:pPr>
          </w:p>
        </w:tc>
        <w:tc>
          <w:tcPr>
            <w:tcW w:w="2898" w:type="dxa"/>
            <w:vAlign w:val="center"/>
          </w:tcPr>
          <w:p w14:paraId="51951233" w14:textId="0D2BDD42" w:rsidR="00F52CB0" w:rsidRDefault="00F52CB0" w:rsidP="00F52CB0">
            <w:pPr>
              <w:bidi/>
            </w:pPr>
          </w:p>
        </w:tc>
        <w:tc>
          <w:tcPr>
            <w:tcW w:w="4320" w:type="dxa"/>
          </w:tcPr>
          <w:p w14:paraId="5EE8158D" w14:textId="745807CE" w:rsidR="00F52CB0" w:rsidRDefault="00F52CB0" w:rsidP="00F52CB0">
            <w:pPr>
              <w:bidi/>
            </w:pPr>
            <w:r w:rsidRPr="0051231A">
              <w:rPr>
                <w:rtl/>
              </w:rPr>
              <w:t>اسم المنظمة</w:t>
            </w:r>
          </w:p>
        </w:tc>
      </w:tr>
      <w:tr w:rsidR="00F52CB0" w14:paraId="7482BB8F" w14:textId="77777777" w:rsidTr="00F52CB0">
        <w:trPr>
          <w:jc w:val="center"/>
        </w:trPr>
        <w:tc>
          <w:tcPr>
            <w:tcW w:w="3150" w:type="dxa"/>
          </w:tcPr>
          <w:p w14:paraId="0CBB5170" w14:textId="06FB3615" w:rsidR="00F52CB0" w:rsidRDefault="00F52CB0" w:rsidP="00F52CB0">
            <w:pPr>
              <w:bidi/>
            </w:pPr>
            <w:r w:rsidRPr="000B40DE">
              <w:rPr>
                <w:rtl/>
              </w:rPr>
              <w:t>وسيلة إعلامية مستقلة / منظمة مجتمع مدني / شبكة أو تجمع إعلامي أو مبادرة إعلامية يقودها الشباب</w:t>
            </w:r>
          </w:p>
        </w:tc>
        <w:tc>
          <w:tcPr>
            <w:tcW w:w="2898" w:type="dxa"/>
            <w:vAlign w:val="center"/>
          </w:tcPr>
          <w:p w14:paraId="092FF920" w14:textId="66D3E9BE" w:rsidR="00F52CB0" w:rsidRDefault="00F52CB0" w:rsidP="00F52CB0">
            <w:pPr>
              <w:bidi/>
            </w:pPr>
          </w:p>
        </w:tc>
        <w:tc>
          <w:tcPr>
            <w:tcW w:w="4320" w:type="dxa"/>
          </w:tcPr>
          <w:p w14:paraId="10750663" w14:textId="0836634A" w:rsidR="00F52CB0" w:rsidRDefault="00F52CB0" w:rsidP="00F52CB0">
            <w:pPr>
              <w:bidi/>
            </w:pPr>
            <w:r w:rsidRPr="0051231A">
              <w:rPr>
                <w:rtl/>
              </w:rPr>
              <w:t>نوع المنظمة</w:t>
            </w:r>
          </w:p>
        </w:tc>
      </w:tr>
      <w:tr w:rsidR="00F52CB0" w14:paraId="704F3822" w14:textId="77777777" w:rsidTr="00F52CB0">
        <w:trPr>
          <w:jc w:val="center"/>
        </w:trPr>
        <w:tc>
          <w:tcPr>
            <w:tcW w:w="3150" w:type="dxa"/>
          </w:tcPr>
          <w:p w14:paraId="5662549C" w14:textId="08ECF869" w:rsidR="00F52CB0" w:rsidRDefault="00F52CB0" w:rsidP="00F52CB0">
            <w:pPr>
              <w:bidi/>
            </w:pPr>
            <w:r w:rsidRPr="000B40DE">
              <w:rPr>
                <w:rtl/>
              </w:rPr>
              <w:t>مفوضية المجتمع المدني / السجل التجاري / قيد الإجراء (يجب تقديم ما يثبت إيداع طلب التسجيل)</w:t>
            </w:r>
          </w:p>
        </w:tc>
        <w:tc>
          <w:tcPr>
            <w:tcW w:w="2898" w:type="dxa"/>
            <w:vAlign w:val="center"/>
          </w:tcPr>
          <w:p w14:paraId="1554C1A9" w14:textId="6ABB03C6" w:rsidR="00F52CB0" w:rsidRDefault="00F52CB0" w:rsidP="00F52CB0">
            <w:pPr>
              <w:bidi/>
            </w:pPr>
          </w:p>
        </w:tc>
        <w:tc>
          <w:tcPr>
            <w:tcW w:w="4320" w:type="dxa"/>
          </w:tcPr>
          <w:p w14:paraId="6F9633D4" w14:textId="709FC270" w:rsidR="00F52CB0" w:rsidRDefault="00F52CB0" w:rsidP="00F52CB0">
            <w:pPr>
              <w:bidi/>
            </w:pPr>
            <w:r w:rsidRPr="0051231A">
              <w:rPr>
                <w:rtl/>
              </w:rPr>
              <w:t>حالة التسجيل</w:t>
            </w:r>
          </w:p>
        </w:tc>
      </w:tr>
      <w:tr w:rsidR="00F52CB0" w14:paraId="1CED539F" w14:textId="77777777" w:rsidTr="00F52CB0">
        <w:trPr>
          <w:jc w:val="center"/>
        </w:trPr>
        <w:tc>
          <w:tcPr>
            <w:tcW w:w="3150" w:type="dxa"/>
          </w:tcPr>
          <w:p w14:paraId="2A2974C0" w14:textId="0602951C" w:rsidR="00F52CB0" w:rsidRDefault="00F52CB0" w:rsidP="00F52CB0">
            <w:pPr>
              <w:bidi/>
            </w:pPr>
          </w:p>
        </w:tc>
        <w:tc>
          <w:tcPr>
            <w:tcW w:w="2898" w:type="dxa"/>
            <w:vAlign w:val="center"/>
          </w:tcPr>
          <w:p w14:paraId="1370C218" w14:textId="238CB665" w:rsidR="00F52CB0" w:rsidRDefault="00F52CB0" w:rsidP="00F52CB0">
            <w:pPr>
              <w:bidi/>
            </w:pPr>
          </w:p>
        </w:tc>
        <w:tc>
          <w:tcPr>
            <w:tcW w:w="4320" w:type="dxa"/>
          </w:tcPr>
          <w:p w14:paraId="67D2CC1D" w14:textId="3BF332DB" w:rsidR="00F52CB0" w:rsidRDefault="00F52CB0" w:rsidP="00F52CB0">
            <w:pPr>
              <w:bidi/>
            </w:pPr>
            <w:r w:rsidRPr="0051231A">
              <w:rPr>
                <w:rtl/>
              </w:rPr>
              <w:t>الموقع الإلكتروني وروابط وسائل التواصل الاجتماعي</w:t>
            </w:r>
          </w:p>
        </w:tc>
      </w:tr>
      <w:tr w:rsidR="00F52CB0" w14:paraId="0494CEE8" w14:textId="77777777" w:rsidTr="00F52CB0">
        <w:trPr>
          <w:jc w:val="center"/>
        </w:trPr>
        <w:tc>
          <w:tcPr>
            <w:tcW w:w="3150" w:type="dxa"/>
          </w:tcPr>
          <w:p w14:paraId="57ADC17E" w14:textId="2C1F1928" w:rsidR="00F52CB0" w:rsidRDefault="00F52CB0" w:rsidP="00F52CB0">
            <w:pPr>
              <w:bidi/>
            </w:pPr>
          </w:p>
        </w:tc>
        <w:tc>
          <w:tcPr>
            <w:tcW w:w="2898" w:type="dxa"/>
            <w:vAlign w:val="center"/>
          </w:tcPr>
          <w:p w14:paraId="3FE4EA98" w14:textId="683E1702" w:rsidR="00F52CB0" w:rsidRDefault="00F52CB0" w:rsidP="00F52CB0">
            <w:pPr>
              <w:bidi/>
            </w:pPr>
          </w:p>
        </w:tc>
        <w:tc>
          <w:tcPr>
            <w:tcW w:w="4320" w:type="dxa"/>
          </w:tcPr>
          <w:p w14:paraId="4C08B1AB" w14:textId="7BF2D23F" w:rsidR="00F52CB0" w:rsidRDefault="00F52CB0" w:rsidP="00F52CB0">
            <w:pPr>
              <w:bidi/>
            </w:pPr>
            <w:r w:rsidRPr="0051231A">
              <w:rPr>
                <w:rtl/>
              </w:rPr>
              <w:t>بيانات مسؤول التواصل (الاسم، المنصب، البريد الإلكتروني، رقم الهاتف)</w:t>
            </w:r>
          </w:p>
        </w:tc>
      </w:tr>
      <w:tr w:rsidR="00F52CB0" w14:paraId="6230E4A5" w14:textId="77777777" w:rsidTr="00F52CB0">
        <w:trPr>
          <w:jc w:val="center"/>
        </w:trPr>
        <w:tc>
          <w:tcPr>
            <w:tcW w:w="3150" w:type="dxa"/>
          </w:tcPr>
          <w:p w14:paraId="5BD24F54" w14:textId="7BE37E33" w:rsidR="00F52CB0" w:rsidRDefault="00F52CB0" w:rsidP="00F52CB0">
            <w:pPr>
              <w:bidi/>
            </w:pPr>
            <w:r w:rsidRPr="000B40DE">
              <w:rPr>
                <w:rtl/>
              </w:rPr>
              <w:t>اختياري</w:t>
            </w:r>
          </w:p>
        </w:tc>
        <w:tc>
          <w:tcPr>
            <w:tcW w:w="2898" w:type="dxa"/>
            <w:vAlign w:val="center"/>
          </w:tcPr>
          <w:p w14:paraId="2E3A3A6F" w14:textId="31058B28" w:rsidR="00F52CB0" w:rsidRDefault="00F52CB0" w:rsidP="00F52CB0">
            <w:pPr>
              <w:bidi/>
            </w:pPr>
          </w:p>
        </w:tc>
        <w:tc>
          <w:tcPr>
            <w:tcW w:w="4320" w:type="dxa"/>
          </w:tcPr>
          <w:p w14:paraId="0AE083E7" w14:textId="0C97088E" w:rsidR="00F52CB0" w:rsidRDefault="00F52CB0" w:rsidP="00F52CB0">
            <w:pPr>
              <w:bidi/>
            </w:pPr>
            <w:r w:rsidRPr="0051231A">
              <w:rPr>
                <w:rtl/>
              </w:rPr>
              <w:t>هل الطلب مقدم بالشراكة مع جهة أخرى؟ إذا كانت الإجابة نعم، يُرجى ذكر اسم الشريك أو الشركاء ودور كل منهم</w:t>
            </w:r>
          </w:p>
        </w:tc>
      </w:tr>
    </w:tbl>
    <w:p w14:paraId="7386A2C6" w14:textId="77777777" w:rsidR="00F52CB0" w:rsidRDefault="00F52CB0" w:rsidP="00F52CB0"/>
    <w:p w14:paraId="5C67E6A4" w14:textId="71283D1C" w:rsidR="00DC3FD9" w:rsidRDefault="00F52CB0" w:rsidP="00F52CB0">
      <w:pPr>
        <w:bidi/>
      </w:pPr>
      <w:r w:rsidRPr="00F52CB0">
        <w:rPr>
          <w:rFonts w:hint="cs"/>
          <w:bCs/>
          <w:color w:val="1F4E79"/>
          <w:sz w:val="26"/>
          <w:rtl/>
        </w:rPr>
        <w:t>2.  الشروط الاهلية ( نعم / لا )</w:t>
      </w:r>
      <w:r>
        <w:rPr>
          <w:rFonts w:hint="cs"/>
          <w:b/>
          <w:color w:val="1F4E79"/>
          <w:sz w:val="26"/>
          <w:rtl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1170"/>
        <w:gridCol w:w="6678"/>
      </w:tblGrid>
      <w:tr w:rsidR="00F52CB0" w14:paraId="2DD74263" w14:textId="77777777" w:rsidTr="00F52CB0">
        <w:trPr>
          <w:jc w:val="center"/>
        </w:trPr>
        <w:tc>
          <w:tcPr>
            <w:tcW w:w="2520" w:type="dxa"/>
            <w:shd w:val="clear" w:color="auto" w:fill="D9EAF7"/>
            <w:vAlign w:val="center"/>
          </w:tcPr>
          <w:p w14:paraId="19080370" w14:textId="66D20C37" w:rsidR="00F52CB0" w:rsidRPr="00F52CB0" w:rsidRDefault="00F52CB0" w:rsidP="00F52CB0">
            <w:pPr>
              <w:bidi/>
              <w:rPr>
                <w:b/>
                <w:bCs/>
              </w:rPr>
            </w:pPr>
            <w:r w:rsidRPr="00F52CB0">
              <w:rPr>
                <w:rFonts w:hint="cs"/>
                <w:b/>
                <w:bCs/>
                <w:rtl/>
              </w:rPr>
              <w:t>ملاحظات</w:t>
            </w:r>
          </w:p>
        </w:tc>
        <w:tc>
          <w:tcPr>
            <w:tcW w:w="1170" w:type="dxa"/>
            <w:shd w:val="clear" w:color="auto" w:fill="D9EAF7"/>
            <w:vAlign w:val="center"/>
          </w:tcPr>
          <w:p w14:paraId="63789BB4" w14:textId="77777777" w:rsidR="00F52CB0" w:rsidRPr="00F52CB0" w:rsidRDefault="00F52CB0" w:rsidP="00F52CB0">
            <w:pPr>
              <w:bidi/>
              <w:rPr>
                <w:b/>
                <w:bCs/>
              </w:rPr>
            </w:pPr>
            <w:r w:rsidRPr="00F52CB0">
              <w:rPr>
                <w:b/>
                <w:bCs/>
                <w:sz w:val="17"/>
                <w:rtl/>
              </w:rPr>
              <w:t>نوع الإجابة</w:t>
            </w:r>
          </w:p>
        </w:tc>
        <w:tc>
          <w:tcPr>
            <w:tcW w:w="6678" w:type="dxa"/>
            <w:shd w:val="clear" w:color="auto" w:fill="D9EAF7"/>
            <w:vAlign w:val="center"/>
          </w:tcPr>
          <w:p w14:paraId="24FA3530" w14:textId="4467085B" w:rsidR="00F52CB0" w:rsidRPr="00F52CB0" w:rsidRDefault="00F52CB0" w:rsidP="00F52CB0">
            <w:pPr>
              <w:bidi/>
              <w:rPr>
                <w:b/>
                <w:bCs/>
              </w:rPr>
            </w:pPr>
            <w:r w:rsidRPr="00F52CB0">
              <w:rPr>
                <w:b/>
                <w:bCs/>
                <w:sz w:val="17"/>
                <w:rtl/>
              </w:rPr>
              <w:t>السؤال</w:t>
            </w:r>
          </w:p>
        </w:tc>
      </w:tr>
      <w:tr w:rsidR="00F52CB0" w14:paraId="163B18F5" w14:textId="77777777" w:rsidTr="00F52CB0">
        <w:trPr>
          <w:jc w:val="center"/>
        </w:trPr>
        <w:tc>
          <w:tcPr>
            <w:tcW w:w="2520" w:type="dxa"/>
            <w:vAlign w:val="center"/>
          </w:tcPr>
          <w:p w14:paraId="361AA289" w14:textId="5308FD0D" w:rsidR="00F52CB0" w:rsidRDefault="00F52CB0" w:rsidP="00F52CB0">
            <w:pPr>
              <w:bidi/>
            </w:pPr>
          </w:p>
        </w:tc>
        <w:tc>
          <w:tcPr>
            <w:tcW w:w="1170" w:type="dxa"/>
            <w:vAlign w:val="center"/>
          </w:tcPr>
          <w:p w14:paraId="36DA420E" w14:textId="77777777" w:rsidR="00F52CB0" w:rsidRDefault="00F52CB0" w:rsidP="00F52CB0">
            <w:pPr>
              <w:bidi/>
            </w:pPr>
            <w:r>
              <w:rPr>
                <w:sz w:val="17"/>
                <w:rtl/>
              </w:rPr>
              <w:t>نعم / لا</w:t>
            </w:r>
          </w:p>
        </w:tc>
        <w:tc>
          <w:tcPr>
            <w:tcW w:w="6678" w:type="dxa"/>
            <w:vAlign w:val="center"/>
          </w:tcPr>
          <w:p w14:paraId="6E24D638" w14:textId="6B53F2AB" w:rsidR="00F52CB0" w:rsidRDefault="00F52CB0" w:rsidP="00F52CB0">
            <w:pPr>
              <w:bidi/>
            </w:pPr>
            <w:r>
              <w:rPr>
                <w:sz w:val="17"/>
                <w:rtl/>
              </w:rPr>
              <w:t>منظمتنا بقيادة ليبية أو تركز على ليبيا، ويوجد بعض أعضاء فريقنا داخل ليبيا.</w:t>
            </w:r>
          </w:p>
        </w:tc>
      </w:tr>
      <w:tr w:rsidR="00F52CB0" w14:paraId="7BE837B4" w14:textId="77777777" w:rsidTr="00F52CB0">
        <w:trPr>
          <w:jc w:val="center"/>
        </w:trPr>
        <w:tc>
          <w:tcPr>
            <w:tcW w:w="2520" w:type="dxa"/>
            <w:vAlign w:val="center"/>
          </w:tcPr>
          <w:p w14:paraId="74393728" w14:textId="1AE0C945" w:rsidR="00F52CB0" w:rsidRDefault="00F52CB0" w:rsidP="00F52CB0">
            <w:pPr>
              <w:bidi/>
            </w:pPr>
          </w:p>
        </w:tc>
        <w:tc>
          <w:tcPr>
            <w:tcW w:w="1170" w:type="dxa"/>
            <w:vAlign w:val="center"/>
          </w:tcPr>
          <w:p w14:paraId="5205F6A9" w14:textId="77777777" w:rsidR="00F52CB0" w:rsidRDefault="00F52CB0" w:rsidP="00F52CB0">
            <w:pPr>
              <w:bidi/>
            </w:pPr>
            <w:r>
              <w:rPr>
                <w:sz w:val="17"/>
                <w:rtl/>
              </w:rPr>
              <w:t>نعم / لا</w:t>
            </w:r>
          </w:p>
        </w:tc>
        <w:tc>
          <w:tcPr>
            <w:tcW w:w="6678" w:type="dxa"/>
            <w:vAlign w:val="center"/>
          </w:tcPr>
          <w:p w14:paraId="49D4986C" w14:textId="0E9168AF" w:rsidR="00F52CB0" w:rsidRDefault="00F52CB0" w:rsidP="00F52CB0">
            <w:pPr>
              <w:bidi/>
            </w:pPr>
            <w:r>
              <w:rPr>
                <w:sz w:val="17"/>
                <w:rtl/>
              </w:rPr>
              <w:t>سبق لمنظمتنا إدارة منحة أو عقد أو ميزانية بقيمة لا تقل عن 5,000 يورو خلال السنوات الثلاث الماضية.</w:t>
            </w:r>
          </w:p>
        </w:tc>
      </w:tr>
      <w:tr w:rsidR="00F52CB0" w14:paraId="60BD54F9" w14:textId="77777777" w:rsidTr="00F52CB0">
        <w:trPr>
          <w:jc w:val="center"/>
        </w:trPr>
        <w:tc>
          <w:tcPr>
            <w:tcW w:w="2520" w:type="dxa"/>
            <w:vAlign w:val="center"/>
          </w:tcPr>
          <w:p w14:paraId="16ADF7BE" w14:textId="3C9624F9" w:rsidR="00F52CB0" w:rsidRDefault="00F52CB0" w:rsidP="00F52CB0">
            <w:pPr>
              <w:bidi/>
            </w:pPr>
          </w:p>
        </w:tc>
        <w:tc>
          <w:tcPr>
            <w:tcW w:w="1170" w:type="dxa"/>
            <w:vAlign w:val="center"/>
          </w:tcPr>
          <w:p w14:paraId="2B05F789" w14:textId="77777777" w:rsidR="00F52CB0" w:rsidRDefault="00F52CB0" w:rsidP="00F52CB0">
            <w:pPr>
              <w:bidi/>
            </w:pPr>
            <w:r>
              <w:rPr>
                <w:sz w:val="17"/>
                <w:rtl/>
              </w:rPr>
              <w:t>نعم / لا</w:t>
            </w:r>
          </w:p>
        </w:tc>
        <w:tc>
          <w:tcPr>
            <w:tcW w:w="6678" w:type="dxa"/>
            <w:vAlign w:val="center"/>
          </w:tcPr>
          <w:p w14:paraId="1EF60F80" w14:textId="7B69BE0A" w:rsidR="00F52CB0" w:rsidRDefault="00F52CB0" w:rsidP="00F52CB0">
            <w:pPr>
              <w:bidi/>
            </w:pPr>
            <w:r>
              <w:rPr>
                <w:sz w:val="17"/>
                <w:rtl/>
              </w:rPr>
              <w:t>لدينا حساب مصرفي باسم منظمتنا، أو يمكننا فتح حساب قبل توقيع الاتفاقية.</w:t>
            </w:r>
          </w:p>
        </w:tc>
      </w:tr>
      <w:tr w:rsidR="00F52CB0" w14:paraId="545744CC" w14:textId="77777777" w:rsidTr="00F52CB0">
        <w:trPr>
          <w:trHeight w:val="269"/>
          <w:jc w:val="center"/>
        </w:trPr>
        <w:tc>
          <w:tcPr>
            <w:tcW w:w="2520" w:type="dxa"/>
            <w:vAlign w:val="center"/>
          </w:tcPr>
          <w:p w14:paraId="5A71CC7E" w14:textId="6715342E" w:rsidR="00F52CB0" w:rsidRDefault="00F52CB0" w:rsidP="00F52CB0">
            <w:pPr>
              <w:bidi/>
            </w:pPr>
          </w:p>
        </w:tc>
        <w:tc>
          <w:tcPr>
            <w:tcW w:w="1170" w:type="dxa"/>
            <w:vAlign w:val="center"/>
          </w:tcPr>
          <w:p w14:paraId="5ABED729" w14:textId="77777777" w:rsidR="00F52CB0" w:rsidRDefault="00F52CB0" w:rsidP="00F52CB0">
            <w:pPr>
              <w:bidi/>
            </w:pPr>
            <w:r>
              <w:rPr>
                <w:sz w:val="17"/>
                <w:rtl/>
              </w:rPr>
              <w:t>نعم / لا</w:t>
            </w:r>
          </w:p>
        </w:tc>
        <w:tc>
          <w:tcPr>
            <w:tcW w:w="6678" w:type="dxa"/>
            <w:vAlign w:val="center"/>
          </w:tcPr>
          <w:p w14:paraId="6651347B" w14:textId="22AC75E1" w:rsidR="00F52CB0" w:rsidRDefault="00F52CB0" w:rsidP="00F52CB0">
            <w:pPr>
              <w:bidi/>
            </w:pPr>
            <w:r>
              <w:rPr>
                <w:sz w:val="17"/>
                <w:rtl/>
              </w:rPr>
              <w:t>لدينا قناة عامة نشطة، أو خطاب نوايا من منصة إعلامية ليبية.</w:t>
            </w:r>
          </w:p>
        </w:tc>
      </w:tr>
      <w:tr w:rsidR="00F52CB0" w14:paraId="55BA25A6" w14:textId="77777777" w:rsidTr="00F52CB0">
        <w:trPr>
          <w:jc w:val="center"/>
        </w:trPr>
        <w:tc>
          <w:tcPr>
            <w:tcW w:w="2520" w:type="dxa"/>
            <w:vAlign w:val="center"/>
          </w:tcPr>
          <w:p w14:paraId="32F73873" w14:textId="337FACBE" w:rsidR="00F52CB0" w:rsidRDefault="00F52CB0" w:rsidP="00F52CB0">
            <w:pPr>
              <w:bidi/>
            </w:pPr>
          </w:p>
        </w:tc>
        <w:tc>
          <w:tcPr>
            <w:tcW w:w="1170" w:type="dxa"/>
            <w:vAlign w:val="center"/>
          </w:tcPr>
          <w:p w14:paraId="513D74A9" w14:textId="77777777" w:rsidR="00F52CB0" w:rsidRDefault="00F52CB0" w:rsidP="00F52CB0">
            <w:pPr>
              <w:bidi/>
            </w:pPr>
            <w:r>
              <w:rPr>
                <w:sz w:val="17"/>
                <w:rtl/>
              </w:rPr>
              <w:t>نعم / لا</w:t>
            </w:r>
          </w:p>
        </w:tc>
        <w:tc>
          <w:tcPr>
            <w:tcW w:w="6678" w:type="dxa"/>
            <w:vAlign w:val="center"/>
          </w:tcPr>
          <w:p w14:paraId="3DB14BEA" w14:textId="4D32F01C" w:rsidR="00F52CB0" w:rsidRDefault="00F52CB0" w:rsidP="00F52CB0">
            <w:pPr>
              <w:bidi/>
            </w:pPr>
            <w:r>
              <w:rPr>
                <w:sz w:val="17"/>
                <w:rtl/>
              </w:rPr>
              <w:t>هذه الأنشطة غير ممولة من جهة مانحة أخرى.</w:t>
            </w:r>
          </w:p>
        </w:tc>
      </w:tr>
    </w:tbl>
    <w:p w14:paraId="614342BF" w14:textId="77777777" w:rsidR="00DC3FD9" w:rsidRDefault="00DC3FD9" w:rsidP="00F52CB0">
      <w:pPr>
        <w:rPr>
          <w:rtl/>
        </w:rPr>
      </w:pPr>
    </w:p>
    <w:p w14:paraId="6C647360" w14:textId="11552DD0" w:rsidR="00DC3FD9" w:rsidRDefault="0045739A" w:rsidP="00F52CB0">
      <w:pPr>
        <w:bidi/>
      </w:pPr>
      <w:r w:rsidRPr="0045739A">
        <w:rPr>
          <w:rFonts w:hint="cs"/>
          <w:bCs/>
          <w:color w:val="1F4E79"/>
          <w:sz w:val="26"/>
          <w:rtl/>
        </w:rPr>
        <w:t xml:space="preserve">3. </w:t>
      </w:r>
      <w:proofErr w:type="spellStart"/>
      <w:r w:rsidR="00000000">
        <w:rPr>
          <w:b/>
          <w:color w:val="1F4E79"/>
          <w:sz w:val="26"/>
        </w:rPr>
        <w:t>معلومات</w:t>
      </w:r>
      <w:proofErr w:type="spellEnd"/>
      <w:r w:rsidR="00000000">
        <w:rPr>
          <w:b/>
          <w:color w:val="1F4E79"/>
          <w:sz w:val="26"/>
        </w:rPr>
        <w:t xml:space="preserve"> </w:t>
      </w:r>
      <w:proofErr w:type="spellStart"/>
      <w:r w:rsidR="00000000">
        <w:rPr>
          <w:b/>
          <w:color w:val="1F4E79"/>
          <w:sz w:val="26"/>
        </w:rPr>
        <w:t>المشروع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4230"/>
        <w:gridCol w:w="3618"/>
      </w:tblGrid>
      <w:tr w:rsidR="00DC3FD9" w14:paraId="0A3465CA" w14:textId="77777777" w:rsidTr="00F52CB0">
        <w:trPr>
          <w:jc w:val="center"/>
        </w:trPr>
        <w:tc>
          <w:tcPr>
            <w:tcW w:w="2520" w:type="dxa"/>
            <w:shd w:val="clear" w:color="auto" w:fill="D9EAF7"/>
            <w:vAlign w:val="center"/>
          </w:tcPr>
          <w:p w14:paraId="64AB097B" w14:textId="5E90E39D" w:rsidR="00DC3FD9" w:rsidRPr="00F52CB0" w:rsidRDefault="00F52CB0" w:rsidP="00F52CB0">
            <w:pPr>
              <w:bidi/>
              <w:rPr>
                <w:b/>
                <w:bCs/>
              </w:rPr>
            </w:pPr>
            <w:r w:rsidRPr="00F52CB0">
              <w:rPr>
                <w:rFonts w:hint="cs"/>
                <w:b/>
                <w:bCs/>
                <w:rtl/>
              </w:rPr>
              <w:t>ملاحظات</w:t>
            </w:r>
          </w:p>
        </w:tc>
        <w:tc>
          <w:tcPr>
            <w:tcW w:w="4230" w:type="dxa"/>
            <w:shd w:val="clear" w:color="auto" w:fill="D9EAF7"/>
            <w:vAlign w:val="center"/>
          </w:tcPr>
          <w:p w14:paraId="1097AB33" w14:textId="77777777" w:rsidR="00DC3FD9" w:rsidRPr="00F52CB0" w:rsidRDefault="00000000" w:rsidP="00F52CB0">
            <w:pPr>
              <w:bidi/>
              <w:rPr>
                <w:b/>
                <w:bCs/>
              </w:rPr>
            </w:pPr>
            <w:r w:rsidRPr="00F52CB0">
              <w:rPr>
                <w:b/>
                <w:bCs/>
                <w:sz w:val="17"/>
                <w:rtl/>
              </w:rPr>
              <w:t>نوع الإجابة</w:t>
            </w:r>
          </w:p>
        </w:tc>
        <w:tc>
          <w:tcPr>
            <w:tcW w:w="3618" w:type="dxa"/>
            <w:shd w:val="clear" w:color="auto" w:fill="D9EAF7"/>
            <w:vAlign w:val="center"/>
          </w:tcPr>
          <w:p w14:paraId="258F6C24" w14:textId="0F4B2235" w:rsidR="00DC3FD9" w:rsidRPr="00F52CB0" w:rsidRDefault="00F52CB0" w:rsidP="00F52CB0">
            <w:pPr>
              <w:bidi/>
              <w:rPr>
                <w:b/>
                <w:bCs/>
              </w:rPr>
            </w:pPr>
            <w:r w:rsidRPr="00F52CB0">
              <w:rPr>
                <w:rFonts w:hint="cs"/>
                <w:b/>
                <w:bCs/>
                <w:rtl/>
              </w:rPr>
              <w:t>السؤال</w:t>
            </w:r>
          </w:p>
        </w:tc>
      </w:tr>
      <w:tr w:rsidR="00F52CB0" w14:paraId="2053F780" w14:textId="77777777" w:rsidTr="00F52CB0">
        <w:trPr>
          <w:jc w:val="center"/>
        </w:trPr>
        <w:tc>
          <w:tcPr>
            <w:tcW w:w="2520" w:type="dxa"/>
            <w:vAlign w:val="center"/>
          </w:tcPr>
          <w:p w14:paraId="1731BF84" w14:textId="35F54912" w:rsidR="00F52CB0" w:rsidRDefault="00F52CB0" w:rsidP="00F52CB0">
            <w:pPr>
              <w:bidi/>
            </w:pPr>
          </w:p>
        </w:tc>
        <w:tc>
          <w:tcPr>
            <w:tcW w:w="4230" w:type="dxa"/>
            <w:vAlign w:val="center"/>
          </w:tcPr>
          <w:p w14:paraId="6A8CE937" w14:textId="0711427A" w:rsidR="00F52CB0" w:rsidRDefault="00F52CB0" w:rsidP="00F52CB0">
            <w:pPr>
              <w:bidi/>
            </w:pPr>
          </w:p>
        </w:tc>
        <w:tc>
          <w:tcPr>
            <w:tcW w:w="3618" w:type="dxa"/>
            <w:vAlign w:val="center"/>
          </w:tcPr>
          <w:p w14:paraId="3ADBE103" w14:textId="60B858EB" w:rsidR="00F52CB0" w:rsidRDefault="00F52CB0" w:rsidP="00F52CB0">
            <w:pPr>
              <w:bidi/>
            </w:pPr>
            <w:r>
              <w:rPr>
                <w:sz w:val="17"/>
                <w:rtl/>
              </w:rPr>
              <w:t>عنوان المشروع</w:t>
            </w:r>
          </w:p>
        </w:tc>
      </w:tr>
      <w:tr w:rsidR="00F52CB0" w14:paraId="7B20373A" w14:textId="77777777" w:rsidTr="00F52CB0">
        <w:trPr>
          <w:jc w:val="center"/>
        </w:trPr>
        <w:tc>
          <w:tcPr>
            <w:tcW w:w="2520" w:type="dxa"/>
            <w:vAlign w:val="center"/>
          </w:tcPr>
          <w:p w14:paraId="504AA0F2" w14:textId="281EBDC5" w:rsidR="00F52CB0" w:rsidRDefault="00F52CB0" w:rsidP="00F52CB0">
            <w:pPr>
              <w:bidi/>
            </w:pPr>
            <w:r>
              <w:rPr>
                <w:sz w:val="17"/>
                <w:rtl/>
              </w:rPr>
              <w:t>المجالات الموضوعية السبعة الواردة في الدعوة</w:t>
            </w:r>
          </w:p>
        </w:tc>
        <w:tc>
          <w:tcPr>
            <w:tcW w:w="4230" w:type="dxa"/>
            <w:vAlign w:val="center"/>
          </w:tcPr>
          <w:p w14:paraId="5A0D4DA3" w14:textId="3C2FEAEF" w:rsidR="00F52CB0" w:rsidRDefault="00F52CB0" w:rsidP="00F52CB0">
            <w:pPr>
              <w:bidi/>
            </w:pPr>
          </w:p>
        </w:tc>
        <w:tc>
          <w:tcPr>
            <w:tcW w:w="3618" w:type="dxa"/>
            <w:vAlign w:val="center"/>
          </w:tcPr>
          <w:p w14:paraId="4B684B5E" w14:textId="53190802" w:rsidR="00F52CB0" w:rsidRDefault="00F52CB0" w:rsidP="00F52CB0">
            <w:pPr>
              <w:bidi/>
            </w:pPr>
            <w:r>
              <w:rPr>
                <w:sz w:val="17"/>
                <w:rtl/>
              </w:rPr>
              <w:t>المجال أو المجالات الموضوعية</w:t>
            </w:r>
          </w:p>
        </w:tc>
      </w:tr>
      <w:tr w:rsidR="00F52CB0" w14:paraId="07BF00D8" w14:textId="77777777" w:rsidTr="00F52CB0">
        <w:trPr>
          <w:jc w:val="center"/>
        </w:trPr>
        <w:tc>
          <w:tcPr>
            <w:tcW w:w="2520" w:type="dxa"/>
            <w:vAlign w:val="center"/>
          </w:tcPr>
          <w:p w14:paraId="1DF3A35C" w14:textId="73586839" w:rsidR="00F52CB0" w:rsidRDefault="00F52CB0" w:rsidP="00F52CB0">
            <w:pPr>
              <w:bidi/>
            </w:pPr>
            <w:r>
              <w:rPr>
                <w:sz w:val="17"/>
                <w:rtl/>
              </w:rPr>
              <w:t>بحد أقصى 200 كلمة</w:t>
            </w:r>
          </w:p>
        </w:tc>
        <w:tc>
          <w:tcPr>
            <w:tcW w:w="4230" w:type="dxa"/>
            <w:vAlign w:val="center"/>
          </w:tcPr>
          <w:p w14:paraId="26CEBA7E" w14:textId="15549789" w:rsidR="00F52CB0" w:rsidRDefault="00F52CB0" w:rsidP="00F52CB0">
            <w:pPr>
              <w:bidi/>
            </w:pPr>
          </w:p>
        </w:tc>
        <w:tc>
          <w:tcPr>
            <w:tcW w:w="3618" w:type="dxa"/>
            <w:vAlign w:val="center"/>
          </w:tcPr>
          <w:p w14:paraId="63D544D8" w14:textId="153655AD" w:rsidR="00F52CB0" w:rsidRDefault="00F52CB0" w:rsidP="00F52CB0">
            <w:pPr>
              <w:bidi/>
            </w:pPr>
            <w:r>
              <w:rPr>
                <w:sz w:val="17"/>
                <w:rtl/>
              </w:rPr>
              <w:t>ملخص المشروع: القضية التي يتناولها، والمحتوى الذي ستنتجونه، والجمهور المستهدف</w:t>
            </w:r>
          </w:p>
        </w:tc>
      </w:tr>
      <w:tr w:rsidR="00F52CB0" w14:paraId="75CD874C" w14:textId="77777777" w:rsidTr="00F52CB0">
        <w:trPr>
          <w:jc w:val="center"/>
        </w:trPr>
        <w:tc>
          <w:tcPr>
            <w:tcW w:w="2520" w:type="dxa"/>
            <w:vAlign w:val="center"/>
          </w:tcPr>
          <w:p w14:paraId="459000F0" w14:textId="12881CC5" w:rsidR="00F52CB0" w:rsidRDefault="00F52CB0" w:rsidP="00F52CB0">
            <w:pPr>
              <w:bidi/>
            </w:pPr>
            <w:r>
              <w:rPr>
                <w:sz w:val="17"/>
                <w:rtl/>
              </w:rPr>
              <w:t>بحد أقصى 150 كلمة</w:t>
            </w:r>
          </w:p>
        </w:tc>
        <w:tc>
          <w:tcPr>
            <w:tcW w:w="4230" w:type="dxa"/>
            <w:vAlign w:val="center"/>
          </w:tcPr>
          <w:p w14:paraId="4080BFF1" w14:textId="69462BE6" w:rsidR="00F52CB0" w:rsidRDefault="00F52CB0" w:rsidP="00F52CB0">
            <w:pPr>
              <w:bidi/>
            </w:pPr>
          </w:p>
        </w:tc>
        <w:tc>
          <w:tcPr>
            <w:tcW w:w="3618" w:type="dxa"/>
            <w:vAlign w:val="center"/>
          </w:tcPr>
          <w:p w14:paraId="265068B4" w14:textId="65F1974E" w:rsidR="00F52CB0" w:rsidRDefault="00F52CB0" w:rsidP="00F52CB0">
            <w:pPr>
              <w:bidi/>
            </w:pPr>
            <w:r>
              <w:rPr>
                <w:sz w:val="17"/>
                <w:rtl/>
              </w:rPr>
              <w:t>كيف سيصل المحتوى إلى جمهوركم وكيف ستعملون على إشراكه؟</w:t>
            </w:r>
          </w:p>
        </w:tc>
      </w:tr>
      <w:tr w:rsidR="00F52CB0" w14:paraId="3064FEB7" w14:textId="77777777" w:rsidTr="00F52CB0">
        <w:trPr>
          <w:jc w:val="center"/>
        </w:trPr>
        <w:tc>
          <w:tcPr>
            <w:tcW w:w="2520" w:type="dxa"/>
            <w:vAlign w:val="center"/>
          </w:tcPr>
          <w:p w14:paraId="68CC5A81" w14:textId="2D173524" w:rsidR="00F52CB0" w:rsidRDefault="00F52CB0" w:rsidP="00F52CB0">
            <w:pPr>
              <w:bidi/>
            </w:pPr>
            <w:r>
              <w:rPr>
                <w:sz w:val="17"/>
                <w:rtl/>
              </w:rPr>
              <w:t>قيمة كل منحة تصل إلى 10,000 يورو</w:t>
            </w:r>
          </w:p>
        </w:tc>
        <w:tc>
          <w:tcPr>
            <w:tcW w:w="4230" w:type="dxa"/>
            <w:vAlign w:val="center"/>
          </w:tcPr>
          <w:p w14:paraId="02B8F649" w14:textId="440EFB2F" w:rsidR="00F52CB0" w:rsidRDefault="00F52CB0" w:rsidP="00F52CB0">
            <w:pPr>
              <w:bidi/>
            </w:pPr>
          </w:p>
        </w:tc>
        <w:tc>
          <w:tcPr>
            <w:tcW w:w="3618" w:type="dxa"/>
            <w:vAlign w:val="center"/>
          </w:tcPr>
          <w:p w14:paraId="0CCD05D2" w14:textId="29F18682" w:rsidR="00F52CB0" w:rsidRDefault="00F52CB0" w:rsidP="00F52CB0">
            <w:pPr>
              <w:bidi/>
            </w:pPr>
            <w:r>
              <w:rPr>
                <w:sz w:val="17"/>
                <w:rtl/>
              </w:rPr>
              <w:t>إجمالي الميزانية المطلوبة (باليورو)</w:t>
            </w:r>
          </w:p>
        </w:tc>
      </w:tr>
      <w:tr w:rsidR="00F52CB0" w14:paraId="7D32D7C4" w14:textId="77777777" w:rsidTr="00F52CB0">
        <w:trPr>
          <w:jc w:val="center"/>
        </w:trPr>
        <w:tc>
          <w:tcPr>
            <w:tcW w:w="2520" w:type="dxa"/>
            <w:vAlign w:val="center"/>
          </w:tcPr>
          <w:p w14:paraId="2D8C9082" w14:textId="39081B6F" w:rsidR="00F52CB0" w:rsidRDefault="00F52CB0" w:rsidP="00F52CB0">
            <w:pPr>
              <w:bidi/>
            </w:pPr>
            <w:r>
              <w:rPr>
                <w:sz w:val="17"/>
                <w:rtl/>
              </w:rPr>
              <w:t>3 / 4 / 5 / 6 أشهر</w:t>
            </w:r>
          </w:p>
        </w:tc>
        <w:tc>
          <w:tcPr>
            <w:tcW w:w="4230" w:type="dxa"/>
            <w:vAlign w:val="center"/>
          </w:tcPr>
          <w:p w14:paraId="04909440" w14:textId="0DC711BE" w:rsidR="00F52CB0" w:rsidRDefault="00F52CB0" w:rsidP="00F52CB0">
            <w:pPr>
              <w:bidi/>
            </w:pPr>
          </w:p>
        </w:tc>
        <w:tc>
          <w:tcPr>
            <w:tcW w:w="3618" w:type="dxa"/>
            <w:vAlign w:val="center"/>
          </w:tcPr>
          <w:p w14:paraId="3993FBE2" w14:textId="7ACBA56E" w:rsidR="00F52CB0" w:rsidRDefault="00F52CB0" w:rsidP="00F52CB0">
            <w:pPr>
              <w:bidi/>
            </w:pPr>
            <w:r>
              <w:rPr>
                <w:sz w:val="17"/>
                <w:rtl/>
              </w:rPr>
              <w:t>مدة المشروع</w:t>
            </w:r>
          </w:p>
        </w:tc>
      </w:tr>
    </w:tbl>
    <w:p w14:paraId="54BA436C" w14:textId="77777777" w:rsidR="00F52CB0" w:rsidRDefault="00F52CB0" w:rsidP="00F52CB0"/>
    <w:p w14:paraId="7F697A52" w14:textId="062510B1" w:rsidR="00DC3FD9" w:rsidRDefault="001F38AE" w:rsidP="00F52CB0">
      <w:pPr>
        <w:bidi/>
      </w:pPr>
      <w:r w:rsidRPr="001F38AE">
        <w:rPr>
          <w:rFonts w:hint="cs"/>
          <w:bCs/>
          <w:color w:val="1F4E79"/>
          <w:sz w:val="26"/>
          <w:rtl/>
        </w:rPr>
        <w:lastRenderedPageBreak/>
        <w:t>4</w:t>
      </w:r>
      <w:r>
        <w:rPr>
          <w:rFonts w:hint="cs"/>
          <w:b/>
          <w:color w:val="1F4E79"/>
          <w:sz w:val="26"/>
          <w:rtl/>
        </w:rPr>
        <w:t xml:space="preserve">. </w:t>
      </w:r>
      <w:proofErr w:type="spellStart"/>
      <w:r w:rsidR="00000000">
        <w:rPr>
          <w:b/>
          <w:color w:val="1F4E79"/>
          <w:sz w:val="26"/>
        </w:rPr>
        <w:t>الوثائق</w:t>
      </w:r>
      <w:proofErr w:type="spellEnd"/>
      <w:r w:rsidR="00000000">
        <w:rPr>
          <w:b/>
          <w:color w:val="1F4E79"/>
          <w:sz w:val="26"/>
        </w:rPr>
        <w:t xml:space="preserve"> </w:t>
      </w:r>
      <w:proofErr w:type="spellStart"/>
      <w:r w:rsidR="00000000">
        <w:rPr>
          <w:b/>
          <w:color w:val="1F4E79"/>
          <w:sz w:val="26"/>
        </w:rPr>
        <w:t>المطلوبة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1890"/>
        <w:gridCol w:w="3078"/>
      </w:tblGrid>
      <w:tr w:rsidR="00DC3FD9" w14:paraId="7ABC0A79" w14:textId="77777777" w:rsidTr="001F38AE">
        <w:trPr>
          <w:jc w:val="center"/>
        </w:trPr>
        <w:tc>
          <w:tcPr>
            <w:tcW w:w="5400" w:type="dxa"/>
            <w:shd w:val="clear" w:color="auto" w:fill="D9EAF7"/>
            <w:vAlign w:val="center"/>
          </w:tcPr>
          <w:p w14:paraId="0C8689F0" w14:textId="3CA3D4DD" w:rsidR="00DC3FD9" w:rsidRPr="001F38AE" w:rsidRDefault="001F38AE" w:rsidP="00F52CB0">
            <w:pPr>
              <w:bidi/>
              <w:rPr>
                <w:b/>
                <w:bCs/>
              </w:rPr>
            </w:pPr>
            <w:r w:rsidRPr="001F38AE">
              <w:rPr>
                <w:rFonts w:hint="cs"/>
                <w:b/>
                <w:bCs/>
                <w:rtl/>
              </w:rPr>
              <w:t>ملاحظات</w:t>
            </w:r>
          </w:p>
        </w:tc>
        <w:tc>
          <w:tcPr>
            <w:tcW w:w="1890" w:type="dxa"/>
            <w:shd w:val="clear" w:color="auto" w:fill="D9EAF7"/>
            <w:vAlign w:val="center"/>
          </w:tcPr>
          <w:p w14:paraId="20667044" w14:textId="77777777" w:rsidR="00DC3FD9" w:rsidRPr="001F38AE" w:rsidRDefault="00000000" w:rsidP="00F52CB0">
            <w:pPr>
              <w:bidi/>
              <w:rPr>
                <w:b/>
                <w:bCs/>
              </w:rPr>
            </w:pPr>
            <w:r w:rsidRPr="001F38AE">
              <w:rPr>
                <w:b/>
                <w:bCs/>
                <w:sz w:val="17"/>
                <w:rtl/>
              </w:rPr>
              <w:t>نوع الإجابة</w:t>
            </w:r>
          </w:p>
        </w:tc>
        <w:tc>
          <w:tcPr>
            <w:tcW w:w="3078" w:type="dxa"/>
            <w:shd w:val="clear" w:color="auto" w:fill="D9EAF7"/>
            <w:vAlign w:val="center"/>
          </w:tcPr>
          <w:p w14:paraId="14ED9D66" w14:textId="4923F2AB" w:rsidR="00DC3FD9" w:rsidRPr="001F38AE" w:rsidRDefault="001F38AE" w:rsidP="00F52CB0">
            <w:pPr>
              <w:bidi/>
              <w:rPr>
                <w:b/>
                <w:bCs/>
              </w:rPr>
            </w:pPr>
            <w:r w:rsidRPr="001F38AE">
              <w:rPr>
                <w:b/>
                <w:bCs/>
                <w:sz w:val="17"/>
                <w:rtl/>
              </w:rPr>
              <w:t>الوثيقة المطلوبة</w:t>
            </w:r>
          </w:p>
        </w:tc>
      </w:tr>
      <w:tr w:rsidR="001F38AE" w14:paraId="64861115" w14:textId="77777777" w:rsidTr="001F38AE">
        <w:trPr>
          <w:jc w:val="center"/>
        </w:trPr>
        <w:tc>
          <w:tcPr>
            <w:tcW w:w="5400" w:type="dxa"/>
            <w:vAlign w:val="center"/>
          </w:tcPr>
          <w:p w14:paraId="1AEABB8C" w14:textId="212AF629" w:rsidR="001F38AE" w:rsidRDefault="001F38AE" w:rsidP="001F38AE">
            <w:pPr>
              <w:bidi/>
            </w:pPr>
            <w:r>
              <w:rPr>
                <w:sz w:val="17"/>
                <w:rtl/>
              </w:rPr>
              <w:t>توضيح القضية، والأهداف، والجمهور المستهدف، والمحتوى، والأنشطة، والمخرجات، وخطة التوزيع والنشر.</w:t>
            </w:r>
          </w:p>
        </w:tc>
        <w:tc>
          <w:tcPr>
            <w:tcW w:w="1890" w:type="dxa"/>
            <w:vAlign w:val="center"/>
          </w:tcPr>
          <w:p w14:paraId="3A299971" w14:textId="77777777" w:rsidR="001F38AE" w:rsidRDefault="001F38AE" w:rsidP="001F38AE">
            <w:pPr>
              <w:bidi/>
            </w:pPr>
            <w:r>
              <w:rPr>
                <w:sz w:val="17"/>
                <w:rtl/>
              </w:rPr>
              <w:t>ملف</w:t>
            </w:r>
          </w:p>
        </w:tc>
        <w:tc>
          <w:tcPr>
            <w:tcW w:w="3078" w:type="dxa"/>
            <w:vAlign w:val="center"/>
          </w:tcPr>
          <w:p w14:paraId="68F044A3" w14:textId="604D81C2" w:rsidR="001F38AE" w:rsidRDefault="001F38AE" w:rsidP="001F38AE">
            <w:pPr>
              <w:bidi/>
            </w:pPr>
            <w:r>
              <w:rPr>
                <w:sz w:val="17"/>
                <w:rtl/>
              </w:rPr>
              <w:t>المذكرة المفاهيمية أو مقترح المشروع</w:t>
            </w:r>
          </w:p>
        </w:tc>
      </w:tr>
      <w:tr w:rsidR="001F38AE" w14:paraId="6F303D9C" w14:textId="77777777" w:rsidTr="001F38AE">
        <w:trPr>
          <w:jc w:val="center"/>
        </w:trPr>
        <w:tc>
          <w:tcPr>
            <w:tcW w:w="5400" w:type="dxa"/>
            <w:vAlign w:val="center"/>
          </w:tcPr>
          <w:p w14:paraId="064A33BD" w14:textId="09768B06" w:rsidR="001F38AE" w:rsidRDefault="001F38AE" w:rsidP="001F38AE">
            <w:pPr>
              <w:bidi/>
            </w:pPr>
            <w:r>
              <w:rPr>
                <w:sz w:val="17"/>
                <w:rtl/>
              </w:rPr>
              <w:t>تفصيل واضح للتكاليف المقترحة؛ يجب ألا تتجاوز التكاليف الإدارية 15%.</w:t>
            </w:r>
          </w:p>
        </w:tc>
        <w:tc>
          <w:tcPr>
            <w:tcW w:w="1890" w:type="dxa"/>
            <w:vAlign w:val="center"/>
          </w:tcPr>
          <w:p w14:paraId="67AF9CB8" w14:textId="77777777" w:rsidR="001F38AE" w:rsidRDefault="001F38AE" w:rsidP="001F38AE">
            <w:pPr>
              <w:bidi/>
            </w:pPr>
            <w:r>
              <w:rPr>
                <w:sz w:val="17"/>
                <w:rtl/>
              </w:rPr>
              <w:t>ملف</w:t>
            </w:r>
          </w:p>
        </w:tc>
        <w:tc>
          <w:tcPr>
            <w:tcW w:w="3078" w:type="dxa"/>
            <w:vAlign w:val="center"/>
          </w:tcPr>
          <w:p w14:paraId="571C2E7C" w14:textId="4AF6861C" w:rsidR="001F38AE" w:rsidRDefault="001F38AE" w:rsidP="001F38AE">
            <w:pPr>
              <w:bidi/>
            </w:pPr>
            <w:r>
              <w:rPr>
                <w:sz w:val="17"/>
                <w:rtl/>
              </w:rPr>
              <w:t>الميزانية التفصيلية للمشروع</w:t>
            </w:r>
          </w:p>
        </w:tc>
      </w:tr>
      <w:tr w:rsidR="001F38AE" w14:paraId="26AF60CB" w14:textId="77777777" w:rsidTr="001F38AE">
        <w:trPr>
          <w:jc w:val="center"/>
        </w:trPr>
        <w:tc>
          <w:tcPr>
            <w:tcW w:w="5400" w:type="dxa"/>
            <w:vAlign w:val="center"/>
          </w:tcPr>
          <w:p w14:paraId="28B87F76" w14:textId="1B9E5548" w:rsidR="001F38AE" w:rsidRDefault="001F38AE" w:rsidP="001F38AE">
            <w:pPr>
              <w:bidi/>
            </w:pPr>
            <w:r>
              <w:rPr>
                <w:sz w:val="17"/>
                <w:rtl/>
              </w:rPr>
              <w:t>يتضمن الخبرات ذات الصلة وقدرات فريق العمل.</w:t>
            </w:r>
          </w:p>
        </w:tc>
        <w:tc>
          <w:tcPr>
            <w:tcW w:w="1890" w:type="dxa"/>
            <w:vAlign w:val="center"/>
          </w:tcPr>
          <w:p w14:paraId="48FE9A06" w14:textId="77777777" w:rsidR="001F38AE" w:rsidRDefault="001F38AE" w:rsidP="001F38AE">
            <w:pPr>
              <w:bidi/>
            </w:pPr>
            <w:r>
              <w:rPr>
                <w:sz w:val="17"/>
                <w:rtl/>
              </w:rPr>
              <w:t>ملف</w:t>
            </w:r>
          </w:p>
        </w:tc>
        <w:tc>
          <w:tcPr>
            <w:tcW w:w="3078" w:type="dxa"/>
            <w:vAlign w:val="center"/>
          </w:tcPr>
          <w:p w14:paraId="6A67AEF2" w14:textId="4D6463B2" w:rsidR="001F38AE" w:rsidRDefault="001F38AE" w:rsidP="001F38AE">
            <w:pPr>
              <w:bidi/>
            </w:pPr>
            <w:r>
              <w:rPr>
                <w:sz w:val="17"/>
                <w:rtl/>
              </w:rPr>
              <w:t>الملف التعريفي بالمنظمة</w:t>
            </w:r>
          </w:p>
        </w:tc>
      </w:tr>
      <w:tr w:rsidR="001F38AE" w14:paraId="321CB878" w14:textId="77777777" w:rsidTr="001F38AE">
        <w:trPr>
          <w:jc w:val="center"/>
        </w:trPr>
        <w:tc>
          <w:tcPr>
            <w:tcW w:w="5400" w:type="dxa"/>
            <w:vAlign w:val="center"/>
          </w:tcPr>
          <w:p w14:paraId="31210E49" w14:textId="72F0691C" w:rsidR="001F38AE" w:rsidRDefault="001F38AE" w:rsidP="001F38AE">
            <w:pPr>
              <w:bidi/>
            </w:pPr>
            <w:r>
              <w:rPr>
                <w:sz w:val="17"/>
                <w:rtl/>
              </w:rPr>
              <w:t>ثلاثة منتجات إعلامية أو اتصالية على الأقل نُشرت خلال الاثني عشر شهراً الماضية، مع ذكر تواريخ النشر.</w:t>
            </w:r>
          </w:p>
        </w:tc>
        <w:tc>
          <w:tcPr>
            <w:tcW w:w="1890" w:type="dxa"/>
            <w:vAlign w:val="center"/>
          </w:tcPr>
          <w:p w14:paraId="5C2DC562" w14:textId="77777777" w:rsidR="001F38AE" w:rsidRDefault="001F38AE" w:rsidP="001F38AE">
            <w:pPr>
              <w:bidi/>
            </w:pPr>
            <w:r>
              <w:rPr>
                <w:sz w:val="17"/>
                <w:rtl/>
              </w:rPr>
              <w:t>روابط أو ملفات</w:t>
            </w:r>
          </w:p>
        </w:tc>
        <w:tc>
          <w:tcPr>
            <w:tcW w:w="3078" w:type="dxa"/>
            <w:vAlign w:val="center"/>
          </w:tcPr>
          <w:p w14:paraId="62FA29A6" w14:textId="12C1A120" w:rsidR="001F38AE" w:rsidRDefault="001F38AE" w:rsidP="001F38AE">
            <w:pPr>
              <w:bidi/>
            </w:pPr>
            <w:r>
              <w:rPr>
                <w:sz w:val="17"/>
                <w:rtl/>
              </w:rPr>
              <w:t>نماذج من الأعمال السابقة</w:t>
            </w:r>
          </w:p>
        </w:tc>
      </w:tr>
      <w:tr w:rsidR="001F38AE" w14:paraId="3D3679A0" w14:textId="77777777" w:rsidTr="001F38AE">
        <w:trPr>
          <w:jc w:val="center"/>
        </w:trPr>
        <w:tc>
          <w:tcPr>
            <w:tcW w:w="5400" w:type="dxa"/>
            <w:vAlign w:val="center"/>
          </w:tcPr>
          <w:p w14:paraId="12DDB467" w14:textId="0EE308A9" w:rsidR="001F38AE" w:rsidRDefault="001F38AE" w:rsidP="001F38AE">
            <w:pPr>
              <w:bidi/>
            </w:pPr>
            <w:r>
              <w:rPr>
                <w:sz w:val="17"/>
                <w:rtl/>
              </w:rPr>
              <w:t>روابط القنوات العامة مع بيانات أساسية عن الجمهور، أو خطاب نوايا من منصة ليبية معروفة.</w:t>
            </w:r>
          </w:p>
        </w:tc>
        <w:tc>
          <w:tcPr>
            <w:tcW w:w="1890" w:type="dxa"/>
            <w:vAlign w:val="center"/>
          </w:tcPr>
          <w:p w14:paraId="5E5EA0F8" w14:textId="77777777" w:rsidR="001F38AE" w:rsidRDefault="001F38AE" w:rsidP="001F38AE">
            <w:pPr>
              <w:bidi/>
            </w:pPr>
            <w:r>
              <w:rPr>
                <w:sz w:val="17"/>
                <w:rtl/>
              </w:rPr>
              <w:t>روابط أو ملف</w:t>
            </w:r>
          </w:p>
        </w:tc>
        <w:tc>
          <w:tcPr>
            <w:tcW w:w="3078" w:type="dxa"/>
            <w:vAlign w:val="center"/>
          </w:tcPr>
          <w:p w14:paraId="6F5223DB" w14:textId="5999DB8B" w:rsidR="001F38AE" w:rsidRDefault="001F38AE" w:rsidP="001F38AE">
            <w:pPr>
              <w:bidi/>
            </w:pPr>
            <w:r>
              <w:rPr>
                <w:sz w:val="17"/>
                <w:rtl/>
              </w:rPr>
              <w:t>ما يثبت القدرة على الوصول إلى الجمهور</w:t>
            </w:r>
          </w:p>
        </w:tc>
      </w:tr>
      <w:tr w:rsidR="001F38AE" w14:paraId="1522CAA4" w14:textId="77777777" w:rsidTr="001F38AE">
        <w:trPr>
          <w:jc w:val="center"/>
        </w:trPr>
        <w:tc>
          <w:tcPr>
            <w:tcW w:w="5400" w:type="dxa"/>
            <w:vAlign w:val="center"/>
          </w:tcPr>
          <w:p w14:paraId="6DE4CCB5" w14:textId="62874D1F" w:rsidR="001F38AE" w:rsidRDefault="001F38AE" w:rsidP="001F38AE">
            <w:pPr>
              <w:bidi/>
            </w:pPr>
            <w:r>
              <w:rPr>
                <w:sz w:val="17"/>
                <w:rtl/>
              </w:rPr>
              <w:t>خطاب مرجعي أو عنوان بريد إلكتروني لجهة مرجعية من مانح أو شريك سابق.</w:t>
            </w:r>
          </w:p>
        </w:tc>
        <w:tc>
          <w:tcPr>
            <w:tcW w:w="1890" w:type="dxa"/>
            <w:vAlign w:val="center"/>
          </w:tcPr>
          <w:p w14:paraId="7D8E36EF" w14:textId="77777777" w:rsidR="001F38AE" w:rsidRDefault="001F38AE" w:rsidP="001F38AE">
            <w:pPr>
              <w:bidi/>
            </w:pPr>
            <w:r>
              <w:rPr>
                <w:sz w:val="17"/>
                <w:rtl/>
              </w:rPr>
              <w:t>ملف / بيانات اتصال</w:t>
            </w:r>
          </w:p>
        </w:tc>
        <w:tc>
          <w:tcPr>
            <w:tcW w:w="3078" w:type="dxa"/>
            <w:vAlign w:val="center"/>
          </w:tcPr>
          <w:p w14:paraId="53DE6057" w14:textId="4C525627" w:rsidR="001F38AE" w:rsidRDefault="001F38AE" w:rsidP="001F38AE">
            <w:pPr>
              <w:bidi/>
            </w:pPr>
            <w:r>
              <w:rPr>
                <w:sz w:val="17"/>
                <w:rtl/>
              </w:rPr>
              <w:t>ما يثبت الخبرة السابقة في الإدارة المالية أو إدارة المشاريع</w:t>
            </w:r>
          </w:p>
        </w:tc>
      </w:tr>
      <w:tr w:rsidR="001F38AE" w14:paraId="31EC6023" w14:textId="77777777" w:rsidTr="001F38AE">
        <w:trPr>
          <w:jc w:val="center"/>
        </w:trPr>
        <w:tc>
          <w:tcPr>
            <w:tcW w:w="5400" w:type="dxa"/>
            <w:vAlign w:val="center"/>
          </w:tcPr>
          <w:p w14:paraId="72C4B1AB" w14:textId="3E7996AD" w:rsidR="001F38AE" w:rsidRDefault="001F38AE" w:rsidP="001F38AE">
            <w:pPr>
              <w:bidi/>
            </w:pPr>
            <w:r>
              <w:rPr>
                <w:sz w:val="17"/>
                <w:rtl/>
              </w:rPr>
              <w:t>أو ما يثبت أن إجراءات التسجيل أو التجديد لا تزال قيد الإجراء.</w:t>
            </w:r>
          </w:p>
        </w:tc>
        <w:tc>
          <w:tcPr>
            <w:tcW w:w="1890" w:type="dxa"/>
            <w:vAlign w:val="center"/>
          </w:tcPr>
          <w:p w14:paraId="7EE0E0E2" w14:textId="77777777" w:rsidR="001F38AE" w:rsidRDefault="001F38AE" w:rsidP="001F38AE">
            <w:pPr>
              <w:bidi/>
            </w:pPr>
            <w:r>
              <w:rPr>
                <w:sz w:val="17"/>
                <w:rtl/>
              </w:rPr>
              <w:t>ملف</w:t>
            </w:r>
          </w:p>
        </w:tc>
        <w:tc>
          <w:tcPr>
            <w:tcW w:w="3078" w:type="dxa"/>
            <w:vAlign w:val="center"/>
          </w:tcPr>
          <w:p w14:paraId="1420305F" w14:textId="1A8C2A31" w:rsidR="001F38AE" w:rsidRDefault="001F38AE" w:rsidP="001F38AE">
            <w:pPr>
              <w:bidi/>
            </w:pPr>
            <w:r>
              <w:rPr>
                <w:sz w:val="17"/>
                <w:rtl/>
              </w:rPr>
              <w:t>ما يثبت التسجيل</w:t>
            </w:r>
          </w:p>
        </w:tc>
      </w:tr>
    </w:tbl>
    <w:p w14:paraId="16A6820E" w14:textId="77777777" w:rsidR="001F38AE" w:rsidRDefault="001F38AE" w:rsidP="00F52CB0"/>
    <w:p w14:paraId="7699874C" w14:textId="4AF059E2" w:rsidR="00DC3FD9" w:rsidRDefault="001F38AE" w:rsidP="00F52CB0">
      <w:pPr>
        <w:bidi/>
      </w:pPr>
      <w:r w:rsidRPr="001F38AE">
        <w:rPr>
          <w:rFonts w:hint="cs"/>
          <w:bCs/>
          <w:color w:val="1F4E79"/>
          <w:sz w:val="26"/>
          <w:rtl/>
        </w:rPr>
        <w:t>5.</w:t>
      </w:r>
      <w:r>
        <w:rPr>
          <w:rFonts w:hint="cs"/>
          <w:b/>
          <w:color w:val="1F4E79"/>
          <w:sz w:val="26"/>
          <w:rtl/>
        </w:rPr>
        <w:t xml:space="preserve"> </w:t>
      </w:r>
      <w:proofErr w:type="spellStart"/>
      <w:r w:rsidR="00000000">
        <w:rPr>
          <w:b/>
          <w:color w:val="1F4E79"/>
          <w:sz w:val="26"/>
        </w:rPr>
        <w:t>الإقرار</w:t>
      </w:r>
      <w:proofErr w:type="spellEnd"/>
      <w:r w:rsidR="00000000">
        <w:rPr>
          <w:b/>
          <w:color w:val="1F4E79"/>
          <w:sz w:val="26"/>
        </w:rPr>
        <w:t xml:space="preserve"> </w:t>
      </w:r>
      <w:proofErr w:type="spellStart"/>
      <w:r w:rsidR="00000000">
        <w:rPr>
          <w:b/>
          <w:color w:val="1F4E79"/>
          <w:sz w:val="26"/>
        </w:rPr>
        <w:t>والتأكيد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10"/>
        <w:gridCol w:w="1800"/>
        <w:gridCol w:w="5958"/>
      </w:tblGrid>
      <w:tr w:rsidR="00DC3FD9" w14:paraId="67102BE9" w14:textId="77777777" w:rsidTr="001F38AE">
        <w:trPr>
          <w:jc w:val="center"/>
        </w:trPr>
        <w:tc>
          <w:tcPr>
            <w:tcW w:w="2610" w:type="dxa"/>
            <w:shd w:val="clear" w:color="auto" w:fill="D9EAF7"/>
            <w:vAlign w:val="center"/>
          </w:tcPr>
          <w:p w14:paraId="7AE863F2" w14:textId="5B8C8B67" w:rsidR="00DC3FD9" w:rsidRDefault="001F38AE" w:rsidP="00F52CB0">
            <w:pPr>
              <w:bidi/>
            </w:pPr>
            <w:r>
              <w:rPr>
                <w:rFonts w:hint="cs"/>
                <w:rtl/>
              </w:rPr>
              <w:t>ملاحظات</w:t>
            </w:r>
          </w:p>
        </w:tc>
        <w:tc>
          <w:tcPr>
            <w:tcW w:w="1800" w:type="dxa"/>
            <w:shd w:val="clear" w:color="auto" w:fill="D9EAF7"/>
            <w:vAlign w:val="center"/>
          </w:tcPr>
          <w:p w14:paraId="404F2623" w14:textId="77777777" w:rsidR="00DC3FD9" w:rsidRDefault="00000000" w:rsidP="00F52CB0">
            <w:pPr>
              <w:bidi/>
            </w:pPr>
            <w:r>
              <w:rPr>
                <w:b/>
                <w:sz w:val="17"/>
                <w:rtl/>
              </w:rPr>
              <w:t>نوع الإجابة</w:t>
            </w:r>
          </w:p>
        </w:tc>
        <w:tc>
          <w:tcPr>
            <w:tcW w:w="5958" w:type="dxa"/>
            <w:shd w:val="clear" w:color="auto" w:fill="D9EAF7"/>
            <w:vAlign w:val="center"/>
          </w:tcPr>
          <w:p w14:paraId="3776E3DB" w14:textId="04DCE798" w:rsidR="00DC3FD9" w:rsidRDefault="001F38AE" w:rsidP="00F52CB0">
            <w:pPr>
              <w:bidi/>
            </w:pPr>
            <w:r>
              <w:rPr>
                <w:b/>
                <w:sz w:val="17"/>
                <w:rtl/>
              </w:rPr>
              <w:t>السؤال</w:t>
            </w:r>
          </w:p>
        </w:tc>
      </w:tr>
      <w:tr w:rsidR="001F38AE" w14:paraId="1BE245D6" w14:textId="77777777" w:rsidTr="001F38AE">
        <w:trPr>
          <w:jc w:val="center"/>
        </w:trPr>
        <w:tc>
          <w:tcPr>
            <w:tcW w:w="2610" w:type="dxa"/>
            <w:vAlign w:val="center"/>
          </w:tcPr>
          <w:p w14:paraId="7271844D" w14:textId="4329C2F1" w:rsidR="001F38AE" w:rsidRDefault="001F38AE" w:rsidP="001F38AE">
            <w:pPr>
              <w:bidi/>
            </w:pPr>
          </w:p>
        </w:tc>
        <w:tc>
          <w:tcPr>
            <w:tcW w:w="1800" w:type="dxa"/>
            <w:vAlign w:val="center"/>
          </w:tcPr>
          <w:p w14:paraId="07ED6514" w14:textId="45F4614C" w:rsidR="001F38AE" w:rsidRDefault="001F38AE" w:rsidP="001F38AE">
            <w:pPr>
              <w:bidi/>
            </w:pPr>
          </w:p>
        </w:tc>
        <w:tc>
          <w:tcPr>
            <w:tcW w:w="5958" w:type="dxa"/>
            <w:vAlign w:val="center"/>
          </w:tcPr>
          <w:p w14:paraId="394B6158" w14:textId="6C73C13A" w:rsidR="001F38AE" w:rsidRDefault="001F38AE" w:rsidP="001F38AE">
            <w:pPr>
              <w:bidi/>
            </w:pPr>
            <w:r>
              <w:rPr>
                <w:sz w:val="17"/>
                <w:rtl/>
              </w:rPr>
              <w:t>أؤكد أن المعلومات المقدمة صحيحة، وأن منظمتنا ستلتزم بتعهدات الحماية ومبادئ عدم التسبب في الضرر (</w:t>
            </w:r>
            <w:proofErr w:type="spellStart"/>
            <w:r>
              <w:rPr>
                <w:sz w:val="17"/>
                <w:rtl/>
              </w:rPr>
              <w:t>Do</w:t>
            </w:r>
            <w:proofErr w:type="spellEnd"/>
            <w:r>
              <w:rPr>
                <w:sz w:val="17"/>
                <w:rtl/>
              </w:rPr>
              <w:t xml:space="preserve"> </w:t>
            </w:r>
            <w:proofErr w:type="spellStart"/>
            <w:r>
              <w:rPr>
                <w:sz w:val="17"/>
                <w:rtl/>
              </w:rPr>
              <w:t>No</w:t>
            </w:r>
            <w:proofErr w:type="spellEnd"/>
            <w:r>
              <w:rPr>
                <w:sz w:val="17"/>
                <w:rtl/>
              </w:rPr>
              <w:t xml:space="preserve"> </w:t>
            </w:r>
            <w:proofErr w:type="spellStart"/>
            <w:r>
              <w:rPr>
                <w:sz w:val="17"/>
                <w:rtl/>
              </w:rPr>
              <w:t>Harm</w:t>
            </w:r>
            <w:proofErr w:type="spellEnd"/>
            <w:r>
              <w:rPr>
                <w:sz w:val="17"/>
                <w:rtl/>
              </w:rPr>
              <w:t>) الواردة في الدعوة.</w:t>
            </w:r>
          </w:p>
        </w:tc>
      </w:tr>
      <w:tr w:rsidR="001F38AE" w14:paraId="41C276E6" w14:textId="77777777" w:rsidTr="001F38AE">
        <w:trPr>
          <w:jc w:val="center"/>
        </w:trPr>
        <w:tc>
          <w:tcPr>
            <w:tcW w:w="2610" w:type="dxa"/>
            <w:vAlign w:val="center"/>
          </w:tcPr>
          <w:p w14:paraId="529DE68D" w14:textId="34286D1F" w:rsidR="001F38AE" w:rsidRDefault="001F38AE" w:rsidP="001F38AE">
            <w:pPr>
              <w:bidi/>
            </w:pPr>
          </w:p>
        </w:tc>
        <w:tc>
          <w:tcPr>
            <w:tcW w:w="1800" w:type="dxa"/>
            <w:vAlign w:val="center"/>
          </w:tcPr>
          <w:p w14:paraId="0EA297D3" w14:textId="4B45786D" w:rsidR="001F38AE" w:rsidRDefault="001F38AE" w:rsidP="001F38AE">
            <w:pPr>
              <w:bidi/>
            </w:pPr>
          </w:p>
        </w:tc>
        <w:tc>
          <w:tcPr>
            <w:tcW w:w="5958" w:type="dxa"/>
            <w:vAlign w:val="center"/>
          </w:tcPr>
          <w:p w14:paraId="0EA74303" w14:textId="2FC8D086" w:rsidR="001F38AE" w:rsidRDefault="001F38AE" w:rsidP="001F38AE">
            <w:pPr>
              <w:bidi/>
            </w:pPr>
            <w:r>
              <w:rPr>
                <w:sz w:val="17"/>
                <w:rtl/>
              </w:rPr>
              <w:t>اسم وصفة الممثل المفوض</w:t>
            </w:r>
          </w:p>
        </w:tc>
      </w:tr>
    </w:tbl>
    <w:p w14:paraId="3BF16074" w14:textId="01B514BD" w:rsidR="00DC3FD9" w:rsidRDefault="00DC3FD9" w:rsidP="00F52CB0">
      <w:pPr>
        <w:bidi/>
        <w:rPr>
          <w:rtl/>
        </w:rPr>
      </w:pPr>
    </w:p>
    <w:p w14:paraId="60128D28" w14:textId="77777777" w:rsidR="001F38AE" w:rsidRDefault="001F38AE" w:rsidP="001F38AE">
      <w:pPr>
        <w:bidi/>
      </w:pPr>
    </w:p>
    <w:sectPr w:rsidR="001F38AE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4830410">
    <w:abstractNumId w:val="8"/>
  </w:num>
  <w:num w:numId="2" w16cid:durableId="471942716">
    <w:abstractNumId w:val="6"/>
  </w:num>
  <w:num w:numId="3" w16cid:durableId="1831824268">
    <w:abstractNumId w:val="5"/>
  </w:num>
  <w:num w:numId="4" w16cid:durableId="1387337618">
    <w:abstractNumId w:val="4"/>
  </w:num>
  <w:num w:numId="5" w16cid:durableId="377556688">
    <w:abstractNumId w:val="7"/>
  </w:num>
  <w:num w:numId="6" w16cid:durableId="221214257">
    <w:abstractNumId w:val="3"/>
  </w:num>
  <w:num w:numId="7" w16cid:durableId="31659770">
    <w:abstractNumId w:val="2"/>
  </w:num>
  <w:num w:numId="8" w16cid:durableId="1195575613">
    <w:abstractNumId w:val="1"/>
  </w:num>
  <w:num w:numId="9" w16cid:durableId="1713073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38AE"/>
    <w:rsid w:val="0029639D"/>
    <w:rsid w:val="00326F90"/>
    <w:rsid w:val="0045739A"/>
    <w:rsid w:val="005E6E76"/>
    <w:rsid w:val="00900E21"/>
    <w:rsid w:val="00AA1D8D"/>
    <w:rsid w:val="00B47730"/>
    <w:rsid w:val="00CB0664"/>
    <w:rsid w:val="00DC3FD9"/>
    <w:rsid w:val="00F52C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A16D93"/>
  <w14:defaultImageDpi w14:val="300"/>
  <w15:docId w15:val="{E3DFED40-883B-41CB-AA5A-09A72745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2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9CEE8A7FD2B44C8B2E34C8DAF00643" ma:contentTypeVersion="10" ma:contentTypeDescription="Create a new document." ma:contentTypeScope="" ma:versionID="494d44a194273af59df206d03d78ca8c">
  <xsd:schema xmlns:xsd="http://www.w3.org/2001/XMLSchema" xmlns:xs="http://www.w3.org/2001/XMLSchema" xmlns:p="http://schemas.microsoft.com/office/2006/metadata/properties" xmlns:ns2="128bd82c-f287-4a18-9b23-46f47aeca5e3" xmlns:ns3="c8ad61b2-08fa-48a0-9ef7-90f24f221e26" targetNamespace="http://schemas.microsoft.com/office/2006/metadata/properties" ma:root="true" ma:fieldsID="1fbf27c97cb3095c281d0c640509b506" ns2:_="" ns3:_="">
    <xsd:import namespace="128bd82c-f287-4a18-9b23-46f47aeca5e3"/>
    <xsd:import namespace="c8ad61b2-08fa-48a0-9ef7-90f24f221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bd82c-f287-4a18-9b23-46f47aeca5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4f7ae4e-158f-4362-99f3-8094d3562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d61b2-08fa-48a0-9ef7-90f24f221e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c6e64d-a397-4576-89cb-1fdda89b921a}" ma:internalName="TaxCatchAll" ma:showField="CatchAllData" ma:web="c8ad61b2-08fa-48a0-9ef7-90f24f221e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bd82c-f287-4a18-9b23-46f47aeca5e3">
      <Terms xmlns="http://schemas.microsoft.com/office/infopath/2007/PartnerControls"/>
    </lcf76f155ced4ddcb4097134ff3c332f>
    <TaxCatchAll xmlns="c8ad61b2-08fa-48a0-9ef7-90f24f221e26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29B1BA-D2E5-4967-A7C1-92297B228DCF}"/>
</file>

<file path=customXml/itemProps3.xml><?xml version="1.0" encoding="utf-8"?>
<ds:datastoreItem xmlns:ds="http://schemas.openxmlformats.org/officeDocument/2006/customXml" ds:itemID="{882CE20B-921B-43B9-A62E-A65AD0E86CB7}"/>
</file>

<file path=customXml/itemProps4.xml><?xml version="1.0" encoding="utf-8"?>
<ds:datastoreItem xmlns:ds="http://schemas.openxmlformats.org/officeDocument/2006/customXml" ds:itemID="{2944D848-7110-420C-8FC6-A5B8843207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Rayan Abuamer</cp:lastModifiedBy>
  <cp:revision>4</cp:revision>
  <dcterms:created xsi:type="dcterms:W3CDTF">2013-12-23T23:15:00Z</dcterms:created>
  <dcterms:modified xsi:type="dcterms:W3CDTF">2026-10-29T10:18:00Z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0x010100AE9CEE8A7FD2B44C8B2E34C8DAF00643</vt:lpwstr>
  </property>
</Properties>
</file>